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66AD9" w14:textId="77777777" w:rsidR="00300D58" w:rsidRPr="009764AF" w:rsidRDefault="002D2F3A">
      <w:pPr>
        <w:jc w:val="center"/>
        <w:rPr>
          <w:rFonts w:cs="Times New Roman"/>
          <w:szCs w:val="24"/>
          <w:lang w:val="pl-PL"/>
        </w:rPr>
      </w:pPr>
      <w:r w:rsidRPr="009764AF">
        <w:rPr>
          <w:rFonts w:cs="Times New Roman"/>
          <w:b/>
          <w:szCs w:val="24"/>
          <w:lang w:val="pl-PL"/>
        </w:rPr>
        <w:t>Załącznik nr 5</w:t>
      </w:r>
    </w:p>
    <w:p w14:paraId="5ACDC9AB" w14:textId="77777777" w:rsidR="00300D58" w:rsidRPr="009764AF" w:rsidRDefault="002D2F3A">
      <w:pPr>
        <w:spacing w:after="280"/>
        <w:jc w:val="center"/>
        <w:rPr>
          <w:rFonts w:cs="Times New Roman"/>
          <w:szCs w:val="24"/>
          <w:lang w:val="pl-PL"/>
        </w:rPr>
      </w:pPr>
      <w:r w:rsidRPr="009764AF">
        <w:rPr>
          <w:rFonts w:cs="Times New Roman"/>
          <w:b/>
          <w:szCs w:val="24"/>
          <w:lang w:val="pl-PL"/>
        </w:rPr>
        <w:t>Oświadczenie o wynagrodzeniu i konflikcie interesów</w:t>
      </w:r>
    </w:p>
    <w:p w14:paraId="23BE8E3F" w14:textId="77777777" w:rsidR="00300D58" w:rsidRPr="009764AF" w:rsidRDefault="002D2F3A">
      <w:pPr>
        <w:rPr>
          <w:rFonts w:cs="Times New Roman"/>
          <w:szCs w:val="24"/>
          <w:lang w:val="pl-PL"/>
        </w:rPr>
      </w:pPr>
      <w:r w:rsidRPr="009764AF">
        <w:rPr>
          <w:rFonts w:cs="Times New Roman"/>
          <w:szCs w:val="24"/>
          <w:lang w:val="pl-PL"/>
        </w:rPr>
        <w:t>Nazwa Oferenta: ..................................................................................................</w:t>
      </w:r>
    </w:p>
    <w:p w14:paraId="37D3D18D" w14:textId="77777777" w:rsidR="008E3062" w:rsidRPr="009764AF" w:rsidRDefault="008E3062">
      <w:pPr>
        <w:rPr>
          <w:rFonts w:cs="Times New Roman"/>
          <w:szCs w:val="24"/>
          <w:lang w:val="pl-PL"/>
        </w:rPr>
      </w:pPr>
    </w:p>
    <w:p w14:paraId="2728C0C8" w14:textId="77777777" w:rsidR="008E3062" w:rsidRPr="009764AF" w:rsidRDefault="008E3062">
      <w:pPr>
        <w:rPr>
          <w:rFonts w:cs="Times New Roman"/>
          <w:szCs w:val="24"/>
          <w:lang w:val="pl-PL"/>
        </w:rPr>
      </w:pPr>
    </w:p>
    <w:p w14:paraId="6063DAA8" w14:textId="77777777" w:rsidR="00300D58" w:rsidRPr="009764AF" w:rsidRDefault="002D2F3A">
      <w:pPr>
        <w:rPr>
          <w:rFonts w:cs="Times New Roman"/>
          <w:szCs w:val="24"/>
          <w:lang w:val="pl-PL"/>
        </w:rPr>
      </w:pPr>
      <w:r w:rsidRPr="009764AF">
        <w:rPr>
          <w:rFonts w:cs="Times New Roman"/>
          <w:szCs w:val="24"/>
          <w:lang w:val="pl-PL"/>
        </w:rPr>
        <w:t>1. Potwierdzamy, że nie oczekujemy od UCK wynagrodzenia, prowizji, opłaty, success fee ani zwrotu kosztów, zgodnie z § 3 Regulaminu.</w:t>
      </w:r>
    </w:p>
    <w:p w14:paraId="71C83BB7" w14:textId="77777777" w:rsidR="00300D58" w:rsidRPr="009764AF" w:rsidRDefault="002D2F3A">
      <w:pPr>
        <w:rPr>
          <w:rFonts w:cs="Times New Roman"/>
          <w:szCs w:val="24"/>
          <w:lang w:val="pl-PL"/>
        </w:rPr>
      </w:pPr>
      <w:r w:rsidRPr="009764AF">
        <w:rPr>
          <w:rFonts w:cs="Times New Roman"/>
          <w:szCs w:val="24"/>
          <w:lang w:val="pl-PL"/>
        </w:rPr>
        <w:t>2. Oświadczamy, że będziemy wykonywać obsługę UCK uczciwie, rzetelnie i profesjonalnie, w najlepiej pojętym interesie UCK, z zachowaniem bezstronności rekomendacji.</w:t>
      </w:r>
    </w:p>
    <w:p w14:paraId="29A7CFC5" w14:textId="42FF0D6F" w:rsidR="00300D58" w:rsidRPr="009764AF" w:rsidRDefault="002D2F3A">
      <w:pPr>
        <w:rPr>
          <w:rFonts w:cs="Times New Roman"/>
          <w:szCs w:val="24"/>
          <w:lang w:val="pl-PL"/>
        </w:rPr>
      </w:pPr>
      <w:r w:rsidRPr="009764AF">
        <w:rPr>
          <w:rFonts w:cs="Times New Roman"/>
          <w:szCs w:val="24"/>
          <w:lang w:val="pl-PL"/>
        </w:rPr>
        <w:t>3. Na dzień złożenia oferty</w:t>
      </w:r>
      <w:r w:rsidR="008E3062" w:rsidRPr="009764AF">
        <w:rPr>
          <w:rFonts w:cs="Times New Roman"/>
          <w:szCs w:val="24"/>
          <w:lang w:val="pl-PL"/>
        </w:rPr>
        <w:t xml:space="preserve">  (należy zaznaczyć jedną odpowiedź)</w:t>
      </w:r>
      <w:r w:rsidRPr="009764AF">
        <w:rPr>
          <w:rFonts w:cs="Times New Roman"/>
          <w:szCs w:val="24"/>
          <w:lang w:val="pl-PL"/>
        </w:rPr>
        <w:t>:</w:t>
      </w:r>
    </w:p>
    <w:p w14:paraId="25DA8ED0" w14:textId="77777777" w:rsidR="00300D58" w:rsidRPr="009764AF" w:rsidRDefault="002D2F3A">
      <w:pPr>
        <w:ind w:left="227" w:hanging="227"/>
        <w:rPr>
          <w:rFonts w:cs="Times New Roman"/>
          <w:szCs w:val="24"/>
          <w:lang w:val="pl-PL"/>
        </w:rPr>
      </w:pPr>
      <w:r w:rsidRPr="009764AF">
        <w:rPr>
          <w:rFonts w:ascii="Segoe UI Symbol" w:hAnsi="Segoe UI Symbol" w:cs="Segoe UI Symbol"/>
          <w:szCs w:val="24"/>
          <w:lang w:val="pl-PL"/>
        </w:rPr>
        <w:t>☐</w:t>
      </w:r>
      <w:r w:rsidRPr="009764AF">
        <w:rPr>
          <w:rFonts w:cs="Times New Roman"/>
          <w:szCs w:val="24"/>
          <w:lang w:val="pl-PL"/>
        </w:rPr>
        <w:t xml:space="preserve"> nie występują znane nam relacje lub okoliczności związane z ubezpieczycielami lub innymi uczestnikami rynku, które zagrażają albo mogą zagrażać naszej bezstronności przy obsłudze UCK;</w:t>
      </w:r>
    </w:p>
    <w:p w14:paraId="4CA577A9" w14:textId="77777777" w:rsidR="00300D58" w:rsidRPr="009764AF" w:rsidRDefault="002D2F3A">
      <w:pPr>
        <w:ind w:left="227" w:hanging="227"/>
        <w:rPr>
          <w:rFonts w:cs="Times New Roman"/>
          <w:szCs w:val="24"/>
          <w:lang w:val="pl-PL"/>
        </w:rPr>
      </w:pPr>
      <w:r w:rsidRPr="009764AF">
        <w:rPr>
          <w:rFonts w:ascii="Segoe UI Symbol" w:hAnsi="Segoe UI Symbol" w:cs="Segoe UI Symbol"/>
          <w:szCs w:val="24"/>
          <w:lang w:val="pl-PL"/>
        </w:rPr>
        <w:t>☐</w:t>
      </w:r>
      <w:r w:rsidRPr="009764AF">
        <w:rPr>
          <w:rFonts w:cs="Times New Roman"/>
          <w:szCs w:val="24"/>
          <w:lang w:val="pl-PL"/>
        </w:rPr>
        <w:t xml:space="preserve"> występują takie relacje lub okoliczności; ich opis oraz propozycję usunięcia konfliktu lub zarządzania nim przedstawiamy poniżej.</w:t>
      </w:r>
    </w:p>
    <w:p w14:paraId="433C4DE6" w14:textId="77777777" w:rsidR="00300D58" w:rsidRPr="009764AF" w:rsidRDefault="002D2F3A">
      <w:pPr>
        <w:keepNext/>
        <w:rPr>
          <w:rFonts w:cs="Times New Roman"/>
          <w:szCs w:val="24"/>
          <w:lang w:val="pl-PL"/>
        </w:rPr>
      </w:pPr>
      <w:r w:rsidRPr="009764AF">
        <w:rPr>
          <w:rFonts w:cs="Times New Roman"/>
          <w:szCs w:val="24"/>
          <w:lang w:val="pl-PL"/>
        </w:rPr>
        <w:t>Opis relacji lub okoliczności oraz proponowanych działań:</w:t>
      </w:r>
    </w:p>
    <w:p w14:paraId="7B854BE4" w14:textId="77777777" w:rsidR="00300D58" w:rsidRPr="009764AF" w:rsidRDefault="002D2F3A">
      <w:pPr>
        <w:rPr>
          <w:rFonts w:cs="Times New Roman"/>
          <w:szCs w:val="24"/>
          <w:lang w:val="pl-PL"/>
        </w:rPr>
      </w:pPr>
      <w:r w:rsidRPr="009764AF">
        <w:rPr>
          <w:rFonts w:cs="Times New Roman"/>
          <w:szCs w:val="24"/>
          <w:lang w:val="pl-PL"/>
        </w:rPr>
        <w:t>................................................................................................................................</w:t>
      </w:r>
    </w:p>
    <w:p w14:paraId="43BD6AC8" w14:textId="77777777" w:rsidR="00300D58" w:rsidRPr="009764AF" w:rsidRDefault="002D2F3A">
      <w:pPr>
        <w:rPr>
          <w:rFonts w:cs="Times New Roman"/>
          <w:szCs w:val="24"/>
          <w:lang w:val="pl-PL"/>
        </w:rPr>
      </w:pPr>
      <w:r w:rsidRPr="009764AF">
        <w:rPr>
          <w:rFonts w:cs="Times New Roman"/>
          <w:szCs w:val="24"/>
          <w:lang w:val="pl-PL"/>
        </w:rPr>
        <w:t>................................................................................................................................</w:t>
      </w:r>
    </w:p>
    <w:p w14:paraId="54B6455C" w14:textId="77777777" w:rsidR="00300D58" w:rsidRPr="009764AF" w:rsidRDefault="002D2F3A">
      <w:pPr>
        <w:rPr>
          <w:rFonts w:cs="Times New Roman"/>
          <w:szCs w:val="24"/>
          <w:lang w:val="pl-PL"/>
        </w:rPr>
      </w:pPr>
      <w:r w:rsidRPr="009764AF">
        <w:rPr>
          <w:rFonts w:cs="Times New Roman"/>
          <w:szCs w:val="24"/>
          <w:lang w:val="pl-PL"/>
        </w:rPr>
        <w:t>................................................................................................................................</w:t>
      </w:r>
    </w:p>
    <w:p w14:paraId="779019AC" w14:textId="67AF2E90" w:rsidR="00300D58" w:rsidRPr="009764AF" w:rsidRDefault="002D2F3A">
      <w:pPr>
        <w:rPr>
          <w:rFonts w:cs="Times New Roman"/>
          <w:szCs w:val="24"/>
          <w:lang w:val="pl-PL"/>
        </w:rPr>
      </w:pPr>
      <w:r w:rsidRPr="009764AF">
        <w:rPr>
          <w:rFonts w:cs="Times New Roman"/>
          <w:szCs w:val="24"/>
          <w:lang w:val="pl-PL"/>
        </w:rPr>
        <w:t xml:space="preserve">4. </w:t>
      </w:r>
      <w:r w:rsidR="009764AF" w:rsidRPr="009764AF">
        <w:rPr>
          <w:rFonts w:cs="Times New Roman"/>
          <w:szCs w:val="24"/>
          <w:lang w:val="pl-PL"/>
        </w:rPr>
        <w:t>Zobowiązujemy się zgłaszać UCK każdą zmianę powyższych informacji oraz nowy konflikt interesów niezwłocznie, nie później niż w następnym dniu roboczym od powzięcia wiadomości, a w każdym przypadku przed przedstawieniem rekomendacji, oceną ofert lub podjęciem czynności, której dotyczy konflikt, wraz z propozycją jego usunięcia lub zarządzania nim.</w:t>
      </w:r>
    </w:p>
    <w:p w14:paraId="7A72EBAF" w14:textId="77777777" w:rsidR="008E3062" w:rsidRPr="009764AF" w:rsidRDefault="008E3062">
      <w:pPr>
        <w:rPr>
          <w:rFonts w:cs="Times New Roman"/>
          <w:szCs w:val="24"/>
          <w:lang w:val="pl-PL"/>
        </w:rPr>
      </w:pPr>
    </w:p>
    <w:p w14:paraId="1C68D2BB" w14:textId="77777777" w:rsidR="008E3062" w:rsidRPr="009764AF" w:rsidRDefault="008E3062">
      <w:pPr>
        <w:rPr>
          <w:rFonts w:cs="Times New Roman"/>
          <w:szCs w:val="24"/>
          <w:lang w:val="pl-PL"/>
        </w:rPr>
      </w:pPr>
    </w:p>
    <w:p w14:paraId="6E35D132" w14:textId="25C89E2C" w:rsidR="00300D58" w:rsidRPr="009764AF" w:rsidRDefault="002D2F3A">
      <w:pPr>
        <w:rPr>
          <w:rFonts w:cs="Times New Roman"/>
          <w:szCs w:val="24"/>
          <w:lang w:val="pl-PL"/>
        </w:rPr>
      </w:pPr>
      <w:r w:rsidRPr="009764AF">
        <w:rPr>
          <w:rFonts w:cs="Times New Roman"/>
          <w:szCs w:val="24"/>
          <w:lang w:val="pl-PL"/>
        </w:rPr>
        <w:t>Miejscowość i data: ..............................................................................................</w:t>
      </w:r>
    </w:p>
    <w:p w14:paraId="308143AE" w14:textId="77777777" w:rsidR="008E3062" w:rsidRPr="009764AF" w:rsidRDefault="008E3062">
      <w:pPr>
        <w:keepNext/>
        <w:rPr>
          <w:rFonts w:cs="Times New Roman"/>
          <w:szCs w:val="24"/>
          <w:lang w:val="pl-PL"/>
        </w:rPr>
      </w:pPr>
    </w:p>
    <w:p w14:paraId="3FA90028" w14:textId="77777777" w:rsidR="008E3062" w:rsidRPr="009764AF" w:rsidRDefault="008E3062">
      <w:pPr>
        <w:keepNext/>
        <w:rPr>
          <w:rFonts w:cs="Times New Roman"/>
          <w:szCs w:val="24"/>
          <w:lang w:val="pl-PL"/>
        </w:rPr>
      </w:pPr>
    </w:p>
    <w:p w14:paraId="21A752CB" w14:textId="6A0E3F8D" w:rsidR="00300D58" w:rsidRPr="009764AF" w:rsidRDefault="002D2F3A">
      <w:pPr>
        <w:keepNext/>
        <w:rPr>
          <w:rFonts w:cs="Times New Roman"/>
          <w:szCs w:val="24"/>
          <w:lang w:val="pl-PL"/>
        </w:rPr>
      </w:pPr>
      <w:r w:rsidRPr="009764AF">
        <w:rPr>
          <w:rFonts w:cs="Times New Roman"/>
          <w:szCs w:val="24"/>
          <w:lang w:val="pl-PL"/>
        </w:rPr>
        <w:t>Podpis osoby lub osób uprawnionych do reprezentowania Oferenta:</w:t>
      </w:r>
    </w:p>
    <w:p w14:paraId="6635A7FA" w14:textId="77777777" w:rsidR="008E3062" w:rsidRPr="009764AF" w:rsidRDefault="008E3062">
      <w:pPr>
        <w:keepNext/>
        <w:rPr>
          <w:rFonts w:cs="Times New Roman"/>
          <w:szCs w:val="24"/>
          <w:lang w:val="pl-PL"/>
        </w:rPr>
      </w:pPr>
    </w:p>
    <w:p w14:paraId="69EC11BC" w14:textId="77777777" w:rsidR="008E3062" w:rsidRPr="009764AF" w:rsidRDefault="008E3062">
      <w:pPr>
        <w:keepNext/>
        <w:rPr>
          <w:rFonts w:cs="Times New Roman"/>
          <w:szCs w:val="24"/>
          <w:lang w:val="pl-PL"/>
        </w:rPr>
      </w:pPr>
    </w:p>
    <w:p w14:paraId="2B1FF151" w14:textId="77777777" w:rsidR="00300D58" w:rsidRPr="009764AF" w:rsidRDefault="002D2F3A">
      <w:pPr>
        <w:rPr>
          <w:rFonts w:cs="Times New Roman"/>
          <w:szCs w:val="24"/>
          <w:lang w:val="pl-PL"/>
        </w:rPr>
      </w:pPr>
      <w:r w:rsidRPr="009764AF">
        <w:rPr>
          <w:rFonts w:cs="Times New Roman"/>
          <w:szCs w:val="24"/>
          <w:lang w:val="pl-PL"/>
        </w:rPr>
        <w:t>................................................................................................................................</w:t>
      </w:r>
    </w:p>
    <w:sectPr w:rsidR="00300D58" w:rsidRPr="009764AF" w:rsidSect="00034616">
      <w:footerReference w:type="default" r:id="rId8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5B403" w14:textId="77777777" w:rsidR="002D2F3A" w:rsidRDefault="002D2F3A" w:rsidP="00777893">
      <w:pPr>
        <w:spacing w:after="0" w:line="240" w:lineRule="auto"/>
      </w:pPr>
      <w:r>
        <w:separator/>
      </w:r>
    </w:p>
  </w:endnote>
  <w:endnote w:type="continuationSeparator" w:id="0">
    <w:p w14:paraId="6975C758" w14:textId="77777777" w:rsidR="002D2F3A" w:rsidRDefault="002D2F3A" w:rsidP="00777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2763045"/>
      <w:docPartObj>
        <w:docPartGallery w:val="Page Numbers (Bottom of Page)"/>
        <w:docPartUnique/>
      </w:docPartObj>
    </w:sdtPr>
    <w:sdtEndPr/>
    <w:sdtContent>
      <w:p w14:paraId="37A7E15C" w14:textId="30C232B5" w:rsidR="00777893" w:rsidRDefault="0077789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5FBCB5A2" w14:textId="77777777" w:rsidR="00777893" w:rsidRDefault="0077789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93394" w14:textId="77777777" w:rsidR="002D2F3A" w:rsidRDefault="002D2F3A" w:rsidP="00777893">
      <w:pPr>
        <w:spacing w:after="0" w:line="240" w:lineRule="auto"/>
      </w:pPr>
      <w:r>
        <w:separator/>
      </w:r>
    </w:p>
  </w:footnote>
  <w:footnote w:type="continuationSeparator" w:id="0">
    <w:p w14:paraId="06E7DC39" w14:textId="77777777" w:rsidR="002D2F3A" w:rsidRDefault="002D2F3A" w:rsidP="007778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9919336">
    <w:abstractNumId w:val="8"/>
  </w:num>
  <w:num w:numId="2" w16cid:durableId="593828479">
    <w:abstractNumId w:val="6"/>
  </w:num>
  <w:num w:numId="3" w16cid:durableId="1339891432">
    <w:abstractNumId w:val="5"/>
  </w:num>
  <w:num w:numId="4" w16cid:durableId="6711531">
    <w:abstractNumId w:val="4"/>
  </w:num>
  <w:num w:numId="5" w16cid:durableId="913857947">
    <w:abstractNumId w:val="7"/>
  </w:num>
  <w:num w:numId="6" w16cid:durableId="1150245241">
    <w:abstractNumId w:val="3"/>
  </w:num>
  <w:num w:numId="7" w16cid:durableId="780802049">
    <w:abstractNumId w:val="2"/>
  </w:num>
  <w:num w:numId="8" w16cid:durableId="2030528167">
    <w:abstractNumId w:val="1"/>
  </w:num>
  <w:num w:numId="9" w16cid:durableId="79182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0535"/>
    <w:rsid w:val="00104759"/>
    <w:rsid w:val="0015074B"/>
    <w:rsid w:val="00204108"/>
    <w:rsid w:val="00245565"/>
    <w:rsid w:val="0029639D"/>
    <w:rsid w:val="002B3B94"/>
    <w:rsid w:val="002D2F3A"/>
    <w:rsid w:val="00300D58"/>
    <w:rsid w:val="00326F90"/>
    <w:rsid w:val="00450EE3"/>
    <w:rsid w:val="00482E90"/>
    <w:rsid w:val="00505233"/>
    <w:rsid w:val="00593C99"/>
    <w:rsid w:val="00593E4E"/>
    <w:rsid w:val="006D22AD"/>
    <w:rsid w:val="00777893"/>
    <w:rsid w:val="0085096C"/>
    <w:rsid w:val="008E3062"/>
    <w:rsid w:val="00940D47"/>
    <w:rsid w:val="009764AF"/>
    <w:rsid w:val="00AA1D8D"/>
    <w:rsid w:val="00B47730"/>
    <w:rsid w:val="00CB0664"/>
    <w:rsid w:val="00D81AD5"/>
    <w:rsid w:val="00E273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CD2F7E"/>
  <w14:defaultImageDpi w14:val="300"/>
  <w15:docId w15:val="{BB743336-1BBD-4F96-8F9F-B9A29A82B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40" w:line="252" w:lineRule="auto"/>
      <w:jc w:val="both"/>
    </w:pPr>
    <w:rPr>
      <w:rFonts w:ascii="Times New Roman" w:eastAsia="Times New Roman" w:hAnsi="Times New Roman"/>
      <w:color w:val="000000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282</Words>
  <Characters>1694</Characters>
  <Application>Microsoft Office Word</Application>
  <DocSecurity>4</DocSecurity>
  <Lines>14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Odpowiedzi UCK na pytania dotyczące wyboru brokera ubezpieczeniowego</vt:lpstr>
      <vt:lpstr/>
    </vt:vector>
  </TitlesOfParts>
  <Manager/>
  <Company/>
  <LinksUpToDate>false</LinksUpToDate>
  <CharactersWithSpaces>1973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Odpowiedzi UCK na pytania dotyczące wyboru brokera ubezpieczeniowego</dc:title>
  <dc:subject>Pytania w pełnym brzmieniu oraz odpowiedzi Zamawiającego</dc:subject>
  <dc:creator>UCK</dc:creator>
  <cp:keywords/>
  <dc:description>generated by python-docx</dc:description>
  <cp:lastModifiedBy>Krzysztof Faltin</cp:lastModifiedBy>
  <cp:revision>2</cp:revision>
  <dcterms:created xsi:type="dcterms:W3CDTF">2026-10-08T07:39:00Z</dcterms:created>
  <dcterms:modified xsi:type="dcterms:W3CDTF">2026-10-08T07:39:00Z</dcterms:modified>
  <cp:category/>
</cp:coreProperties>
</file>